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7AFE" w14:textId="012800E7" w:rsidR="00CE7FA1" w:rsidRPr="00DD5FB7" w:rsidRDefault="00000000" w:rsidP="00DD5FB7">
      <w:pPr>
        <w:pStyle w:val="aa"/>
        <w:jc w:val="center"/>
        <w:rPr>
          <w:b/>
          <w:bCs/>
          <w:sz w:val="36"/>
          <w:szCs w:val="56"/>
        </w:rPr>
      </w:pPr>
      <w:r w:rsidRPr="00DD5FB7">
        <w:rPr>
          <w:b/>
          <w:bCs/>
          <w:sz w:val="36"/>
          <w:szCs w:val="56"/>
        </w:rPr>
        <w:t>USS R9 South Asia Council</w:t>
      </w:r>
      <w:r w:rsidR="00DD5FB7" w:rsidRPr="00DD5FB7">
        <w:rPr>
          <w:rFonts w:eastAsia="宋体" w:hint="eastAsia"/>
          <w:b/>
          <w:bCs/>
          <w:sz w:val="36"/>
          <w:szCs w:val="56"/>
          <w:lang w:eastAsia="zh-CN"/>
        </w:rPr>
        <w:t xml:space="preserve"> </w:t>
      </w:r>
      <w:r w:rsidRPr="00DD5FB7">
        <w:rPr>
          <w:b/>
          <w:bCs/>
          <w:sz w:val="36"/>
          <w:szCs w:val="56"/>
        </w:rPr>
        <w:t>Governance Candidate Application</w:t>
      </w:r>
    </w:p>
    <w:p w14:paraId="683D3D89" w14:textId="77777777" w:rsidR="00CE7FA1" w:rsidRPr="00544BEA" w:rsidRDefault="00000000" w:rsidP="00DD5FB7">
      <w:pPr>
        <w:spacing w:beforeLines="100" w:before="240" w:after="600"/>
        <w:jc w:val="center"/>
        <w:rPr>
          <w:rFonts w:ascii="Adobe Gothic Std B" w:eastAsia="Adobe Gothic Std B" w:hAnsi="Adobe Gothic Std B"/>
          <w:sz w:val="21"/>
          <w:szCs w:val="28"/>
        </w:rPr>
      </w:pPr>
      <w:r w:rsidRPr="00544BEA">
        <w:rPr>
          <w:rFonts w:ascii="Adobe Gothic Std B" w:eastAsia="Adobe Gothic Std B" w:hAnsi="Adobe Gothic Std B"/>
          <w:sz w:val="21"/>
          <w:szCs w:val="28"/>
        </w:rPr>
        <w:t>Term of office 2027–2029</w:t>
      </w:r>
    </w:p>
    <w:p w14:paraId="106E93C1" w14:textId="77777777" w:rsidR="00CE7FA1" w:rsidRDefault="00000000">
      <w:r>
        <w:t>Complete this form in English and submit the signed form with supporting documents to r9@usssociety.org. Nomination deadline: 28 October 2026, 12:00 Beijing time (UTC+8). The official candidate list will be published by 28 October 2026, 23:59 (UTC+8).</w:t>
      </w:r>
    </w:p>
    <w:p w14:paraId="7D270490" w14:textId="77777777" w:rsidR="00CE7FA1" w:rsidRDefault="00000000">
      <w:r>
        <w:t>This form implements the proposed nomination arrangements for the R9 election. Eligibility and nominations remain subject to the USS Constitution, applicable division charter and duly approved election rules. Submission does not establish candidacy, council membership or voting rights.</w:t>
      </w:r>
    </w:p>
    <w:p w14:paraId="5CE70405" w14:textId="77777777" w:rsidR="00CE7FA1" w:rsidRDefault="00000000">
      <w:pPr>
        <w:pStyle w:val="1"/>
      </w:pPr>
      <w:r>
        <w:t>1 Position and membership details</w:t>
      </w:r>
    </w:p>
    <w:tbl>
      <w:tblPr>
        <w:tblW w:w="0" w:type="auto"/>
        <w:tblLayout w:type="fixed"/>
        <w:tblLook w:val="04A0" w:firstRow="1" w:lastRow="0" w:firstColumn="1" w:lastColumn="0" w:noHBand="0" w:noVBand="1"/>
      </w:tblPr>
      <w:tblGrid>
        <w:gridCol w:w="2835"/>
        <w:gridCol w:w="6803"/>
      </w:tblGrid>
      <w:tr w:rsidR="00CE7FA1" w14:paraId="028723E8"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5920976" w14:textId="77777777" w:rsidR="00CE7FA1" w:rsidRDefault="00000000">
            <w:pPr>
              <w:spacing w:after="40"/>
            </w:pPr>
            <w:r>
              <w:rPr>
                <w:b/>
              </w:rPr>
              <w:t>Position sought</w:t>
            </w:r>
            <w:r>
              <w:rPr>
                <w:b/>
              </w:rPr>
              <w:br/>
              <w:t>Select one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E81BEF1" w14:textId="4D236298" w:rsidR="00CE7FA1" w:rsidRDefault="00000000">
            <w:pPr>
              <w:spacing w:after="40"/>
            </w:pPr>
            <w:r>
              <w:t>[ ] Chair    [ ] Vice Chair</w:t>
            </w:r>
            <w:r w:rsidR="00DD5FB7">
              <w:rPr>
                <w:rFonts w:eastAsia="宋体" w:hint="eastAsia"/>
                <w:lang w:eastAsia="zh-CN"/>
              </w:rPr>
              <w:t xml:space="preserve">  </w:t>
            </w:r>
            <w:r>
              <w:t>[ ] Standing</w:t>
            </w:r>
            <w:r w:rsidR="00DD5FB7">
              <w:rPr>
                <w:rFonts w:eastAsia="宋体" w:hint="eastAsia"/>
                <w:lang w:eastAsia="zh-CN"/>
              </w:rPr>
              <w:t xml:space="preserve"> Director</w:t>
            </w:r>
            <w:r>
              <w:t xml:space="preserve">    [ ] Supervisor</w:t>
            </w:r>
          </w:p>
        </w:tc>
      </w:tr>
      <w:tr w:rsidR="00CE7FA1" w14:paraId="6FB1D7AB"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579349B" w14:textId="77777777" w:rsidR="00CE7FA1" w:rsidRDefault="00000000">
            <w:pPr>
              <w:spacing w:after="40"/>
            </w:pPr>
            <w:r>
              <w:rPr>
                <w:b/>
              </w:rPr>
              <w:t>Full name and title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5E3D010" w14:textId="77777777" w:rsidR="00CE7FA1" w:rsidRDefault="00CE7FA1">
            <w:pPr>
              <w:spacing w:after="40"/>
            </w:pPr>
          </w:p>
        </w:tc>
      </w:tr>
      <w:tr w:rsidR="00CE7FA1" w14:paraId="4A6E276E"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4AB9D81" w14:textId="77777777" w:rsidR="00CE7FA1" w:rsidRDefault="00000000">
            <w:pPr>
              <w:spacing w:after="40"/>
            </w:pPr>
            <w:r>
              <w:rPr>
                <w:b/>
              </w:rPr>
              <w:t>USS membership number</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6C62460" w14:textId="77777777" w:rsidR="00CE7FA1" w:rsidRDefault="00CE7FA1">
            <w:pPr>
              <w:spacing w:after="40"/>
            </w:pPr>
          </w:p>
        </w:tc>
      </w:tr>
      <w:tr w:rsidR="00CE7FA1" w14:paraId="7AF82799"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EEB7568" w14:textId="77777777" w:rsidR="00CE7FA1" w:rsidRDefault="00000000">
            <w:pPr>
              <w:spacing w:after="40"/>
            </w:pPr>
            <w:r>
              <w:rPr>
                <w:b/>
              </w:rPr>
              <w:t>Membership category</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A041DCE" w14:textId="77777777" w:rsidR="00CE7FA1" w:rsidRDefault="00CE7FA1">
            <w:pPr>
              <w:spacing w:after="40"/>
            </w:pPr>
          </w:p>
        </w:tc>
      </w:tr>
      <w:tr w:rsidR="00CE7FA1" w14:paraId="72356528"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D140887" w14:textId="77777777" w:rsidR="00CE7FA1" w:rsidRDefault="00000000">
            <w:pPr>
              <w:spacing w:after="40"/>
            </w:pPr>
            <w:r>
              <w:rPr>
                <w:b/>
              </w:rPr>
              <w:t>Date joined USS</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497E4E8" w14:textId="77777777" w:rsidR="00CE7FA1" w:rsidRDefault="00CE7FA1">
            <w:pPr>
              <w:spacing w:after="40"/>
            </w:pPr>
          </w:p>
        </w:tc>
      </w:tr>
      <w:tr w:rsidR="00CE7FA1" w14:paraId="1B5E5B00"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5769750" w14:textId="77777777" w:rsidR="00CE7FA1" w:rsidRDefault="00000000">
            <w:pPr>
              <w:spacing w:after="40"/>
            </w:pPr>
            <w:r>
              <w:rPr>
                <w:b/>
              </w:rPr>
              <w:t>Current USS appointments</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31977B35" w14:textId="77777777" w:rsidR="00CE7FA1" w:rsidRDefault="00CE7FA1">
            <w:pPr>
              <w:spacing w:after="40"/>
            </w:pPr>
          </w:p>
        </w:tc>
      </w:tr>
      <w:tr w:rsidR="00CE7FA1" w14:paraId="177A59EC"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DD5D210" w14:textId="77777777" w:rsidR="00CE7FA1" w:rsidRDefault="00000000">
            <w:pPr>
              <w:spacing w:after="40"/>
            </w:pPr>
            <w:r>
              <w:rPr>
                <w:b/>
              </w:rPr>
              <w:t>R9 registration details</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5EE87917" w14:textId="77777777" w:rsidR="00CE7FA1" w:rsidRDefault="00CE7FA1">
            <w:pPr>
              <w:spacing w:after="40"/>
            </w:pPr>
          </w:p>
        </w:tc>
      </w:tr>
      <w:tr w:rsidR="00CE7FA1" w14:paraId="2314F47E"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BD88228" w14:textId="77777777" w:rsidR="00CE7FA1" w:rsidRDefault="00000000">
            <w:pPr>
              <w:spacing w:after="40"/>
            </w:pPr>
            <w:r>
              <w:rPr>
                <w:b/>
              </w:rPr>
              <w:t>Council member status</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C06270D" w14:textId="77777777" w:rsidR="00CE7FA1" w:rsidRDefault="00000000">
            <w:pPr>
              <w:spacing w:after="40"/>
            </w:pPr>
            <w:r>
              <w:t>For Chair / Vice Chair / Standing Council Member:</w:t>
            </w:r>
            <w:r>
              <w:br/>
              <w:t>[ ] Confirmed    [ ] Pending verification</w:t>
            </w:r>
            <w:r>
              <w:br/>
              <w:t>Appointment or election reference: ______________________</w:t>
            </w:r>
          </w:p>
        </w:tc>
      </w:tr>
    </w:tbl>
    <w:p w14:paraId="75F44649" w14:textId="77777777" w:rsidR="00CE7FA1" w:rsidRDefault="00CE7FA1">
      <w:pPr>
        <w:spacing w:after="0"/>
      </w:pPr>
    </w:p>
    <w:p w14:paraId="3739476C" w14:textId="77777777" w:rsidR="00CE7FA1" w:rsidRDefault="00000000">
      <w:pPr>
        <w:pStyle w:val="1"/>
      </w:pPr>
      <w:r>
        <w:t>2 Personal and professional details</w:t>
      </w:r>
    </w:p>
    <w:tbl>
      <w:tblPr>
        <w:tblW w:w="0" w:type="auto"/>
        <w:tblLayout w:type="fixed"/>
        <w:tblLook w:val="04A0" w:firstRow="1" w:lastRow="0" w:firstColumn="1" w:lastColumn="0" w:noHBand="0" w:noVBand="1"/>
      </w:tblPr>
      <w:tblGrid>
        <w:gridCol w:w="2835"/>
        <w:gridCol w:w="6803"/>
      </w:tblGrid>
      <w:tr w:rsidR="00CE7FA1" w14:paraId="79122E26"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B75B91A" w14:textId="77777777" w:rsidR="00CE7FA1" w:rsidRDefault="00000000">
            <w:pPr>
              <w:spacing w:after="40"/>
            </w:pPr>
            <w:r>
              <w:rPr>
                <w:b/>
              </w:rPr>
              <w:t>Institution and department</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5E4ADD21" w14:textId="77777777" w:rsidR="00CE7FA1" w:rsidRDefault="00CE7FA1">
            <w:pPr>
              <w:spacing w:after="40"/>
            </w:pPr>
          </w:p>
        </w:tc>
      </w:tr>
      <w:tr w:rsidR="00CE7FA1" w14:paraId="494B2847"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9816EFA" w14:textId="77777777" w:rsidR="00CE7FA1" w:rsidRDefault="00000000">
            <w:pPr>
              <w:spacing w:after="40"/>
            </w:pPr>
            <w:r>
              <w:rPr>
                <w:b/>
              </w:rPr>
              <w:t>Current professional position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58B3A60" w14:textId="77777777" w:rsidR="00CE7FA1" w:rsidRDefault="00CE7FA1">
            <w:pPr>
              <w:spacing w:after="40"/>
            </w:pPr>
          </w:p>
        </w:tc>
      </w:tr>
      <w:tr w:rsidR="00CE7FA1" w14:paraId="730D0527"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354F67F" w14:textId="77777777" w:rsidR="00CE7FA1" w:rsidRDefault="00000000">
            <w:pPr>
              <w:spacing w:after="40"/>
            </w:pPr>
            <w:r>
              <w:rPr>
                <w:b/>
              </w:rPr>
              <w:t>Country / territory of residence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D8143A6" w14:textId="77777777" w:rsidR="00CE7FA1" w:rsidRDefault="00CE7FA1">
            <w:pPr>
              <w:spacing w:after="40"/>
            </w:pPr>
          </w:p>
        </w:tc>
      </w:tr>
      <w:tr w:rsidR="00CE7FA1" w14:paraId="18A618A0"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558B9ECE" w14:textId="77777777" w:rsidR="00CE7FA1" w:rsidRDefault="00000000">
            <w:pPr>
              <w:spacing w:after="40"/>
            </w:pPr>
            <w:r>
              <w:rPr>
                <w:b/>
              </w:rPr>
              <w:t>Country / territory of work</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8582591" w14:textId="77777777" w:rsidR="00CE7FA1" w:rsidRDefault="00CE7FA1">
            <w:pPr>
              <w:spacing w:after="40"/>
            </w:pPr>
          </w:p>
        </w:tc>
      </w:tr>
      <w:tr w:rsidR="00CE7FA1" w14:paraId="0A8A5AE3"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370B69A6" w14:textId="77777777" w:rsidR="00CE7FA1" w:rsidRDefault="00000000">
            <w:pPr>
              <w:spacing w:after="40"/>
            </w:pPr>
            <w:r>
              <w:rPr>
                <w:b/>
              </w:rPr>
              <w:t>Connection to South Asia</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BE0CFA2" w14:textId="77777777" w:rsidR="00CE7FA1" w:rsidRDefault="00CE7FA1">
            <w:pPr>
              <w:spacing w:after="40"/>
            </w:pPr>
          </w:p>
        </w:tc>
      </w:tr>
      <w:tr w:rsidR="00CE7FA1" w14:paraId="1FC4399A"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8CD728E" w14:textId="77777777" w:rsidR="00CE7FA1" w:rsidRDefault="00000000">
            <w:pPr>
              <w:spacing w:after="40"/>
            </w:pPr>
            <w:r>
              <w:rPr>
                <w:b/>
              </w:rPr>
              <w:t>Date of birth</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CB0A559" w14:textId="77777777" w:rsidR="00CE7FA1" w:rsidRDefault="00000000">
            <w:pPr>
              <w:spacing w:after="40"/>
            </w:pPr>
            <w:r>
              <w:t>DD / MM / YYYY: __________________________________</w:t>
            </w:r>
          </w:p>
        </w:tc>
      </w:tr>
      <w:tr w:rsidR="00CE7FA1" w14:paraId="37A4CD74"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5E27C92" w14:textId="77777777" w:rsidR="00CE7FA1" w:rsidRDefault="00000000">
            <w:pPr>
              <w:spacing w:after="40"/>
            </w:pPr>
            <w:r>
              <w:rPr>
                <w:b/>
              </w:rPr>
              <w:t>Email for election notices</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CD1CCA6" w14:textId="77777777" w:rsidR="00CE7FA1" w:rsidRDefault="00000000">
            <w:pPr>
              <w:spacing w:after="40"/>
            </w:pPr>
            <w:r>
              <w:t>Personal, independently accessible email: __________________</w:t>
            </w:r>
          </w:p>
        </w:tc>
      </w:tr>
      <w:tr w:rsidR="00CE7FA1" w14:paraId="719CFACD"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86AAA1D" w14:textId="77777777" w:rsidR="00CE7FA1" w:rsidRDefault="00000000">
            <w:pPr>
              <w:spacing w:after="40"/>
            </w:pPr>
            <w:r>
              <w:rPr>
                <w:b/>
              </w:rPr>
              <w:t>Telephone with country code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3F0D059C" w14:textId="77777777" w:rsidR="00CE7FA1" w:rsidRDefault="00CE7FA1">
            <w:pPr>
              <w:spacing w:after="40"/>
            </w:pPr>
          </w:p>
        </w:tc>
      </w:tr>
    </w:tbl>
    <w:p w14:paraId="2E4E6F1A" w14:textId="77777777" w:rsidR="00CE7FA1" w:rsidRDefault="00CE7FA1">
      <w:pPr>
        <w:spacing w:after="0"/>
      </w:pPr>
    </w:p>
    <w:p w14:paraId="12091031" w14:textId="77777777" w:rsidR="00CE7FA1" w:rsidRDefault="00000000">
      <w:r>
        <w:t>Date of birth and contact details are for internal verification and administration; they will not appear in public candidate notices. Use an additional signed sheet if more space is required.</w:t>
      </w:r>
    </w:p>
    <w:p w14:paraId="00BECFD1" w14:textId="77777777" w:rsidR="00CE7FA1" w:rsidRDefault="00000000">
      <w:r>
        <w:br w:type="page"/>
      </w:r>
    </w:p>
    <w:p w14:paraId="33373841" w14:textId="77777777" w:rsidR="00CE7FA1" w:rsidRDefault="00000000">
      <w:pPr>
        <w:pStyle w:val="1"/>
      </w:pPr>
      <w:r>
        <w:lastRenderedPageBreak/>
        <w:t>3 Background and proposed contribution</w:t>
      </w:r>
    </w:p>
    <w:p w14:paraId="6875D959" w14:textId="77777777" w:rsidR="00CE7FA1" w:rsidRDefault="00000000">
      <w:r>
        <w:rPr>
          <w:b/>
        </w:rPr>
        <w:t>Education, professional or academic background, and current responsibilities (maximum 300 words)</w:t>
      </w:r>
    </w:p>
    <w:p w14:paraId="0E4508EB" w14:textId="09A681D4" w:rsidR="00DD5FB7" w:rsidRPr="00DD5FB7" w:rsidRDefault="00DD5FB7">
      <w:pPr>
        <w:rPr>
          <w:rFonts w:eastAsia="宋体"/>
          <w:u w:val="single"/>
          <w:lang w:eastAsia="zh-CN"/>
        </w:rPr>
      </w:pPr>
    </w:p>
    <w:p w14:paraId="3D1BCD1B" w14:textId="77777777" w:rsidR="00DD5FB7" w:rsidRDefault="00DD5FB7">
      <w:pPr>
        <w:rPr>
          <w:rFonts w:eastAsia="宋体"/>
          <w:lang w:eastAsia="zh-CN"/>
        </w:rPr>
      </w:pPr>
    </w:p>
    <w:p w14:paraId="0DCF22D3" w14:textId="77777777" w:rsidR="00DD5FB7" w:rsidRDefault="00DD5FB7">
      <w:pPr>
        <w:rPr>
          <w:rFonts w:eastAsia="宋体"/>
          <w:lang w:eastAsia="zh-CN"/>
        </w:rPr>
      </w:pPr>
    </w:p>
    <w:p w14:paraId="307C053D" w14:textId="24E55A8A" w:rsidR="00CE7FA1" w:rsidRDefault="00000000">
      <w:r>
        <w:rPr>
          <w:b/>
        </w:rPr>
        <w:t>Relevant USS service, volunteer experience and governance appointments (include dates)</w:t>
      </w:r>
    </w:p>
    <w:p w14:paraId="5728F0C0" w14:textId="77777777" w:rsidR="00DD5FB7" w:rsidRDefault="00DD5FB7">
      <w:pPr>
        <w:rPr>
          <w:rFonts w:eastAsia="宋体"/>
          <w:lang w:eastAsia="zh-CN"/>
        </w:rPr>
      </w:pPr>
    </w:p>
    <w:p w14:paraId="64240CE2" w14:textId="77777777" w:rsidR="00DD5FB7" w:rsidRDefault="00DD5FB7">
      <w:pPr>
        <w:rPr>
          <w:rFonts w:eastAsia="宋体"/>
          <w:lang w:eastAsia="zh-CN"/>
        </w:rPr>
      </w:pPr>
    </w:p>
    <w:p w14:paraId="6124CF06" w14:textId="77777777" w:rsidR="00DD5FB7" w:rsidRDefault="00DD5FB7">
      <w:pPr>
        <w:rPr>
          <w:rFonts w:eastAsia="宋体"/>
          <w:lang w:eastAsia="zh-CN"/>
        </w:rPr>
      </w:pPr>
    </w:p>
    <w:p w14:paraId="59F7FDCA" w14:textId="58A8DCA0" w:rsidR="00CE7FA1" w:rsidRDefault="00000000">
      <w:r>
        <w:rPr>
          <w:b/>
        </w:rPr>
        <w:t>Resources, work plan and proposed contribution to the position (maximum 300 words)</w:t>
      </w:r>
    </w:p>
    <w:p w14:paraId="5EFAC4D4" w14:textId="77777777" w:rsidR="00DD5FB7" w:rsidRDefault="00DD5FB7">
      <w:pPr>
        <w:rPr>
          <w:rFonts w:eastAsia="宋体"/>
          <w:lang w:eastAsia="zh-CN"/>
        </w:rPr>
      </w:pPr>
    </w:p>
    <w:p w14:paraId="02E5FB64" w14:textId="77777777" w:rsidR="00DD5FB7" w:rsidRDefault="00DD5FB7">
      <w:pPr>
        <w:rPr>
          <w:rFonts w:eastAsia="宋体"/>
          <w:lang w:eastAsia="zh-CN"/>
        </w:rPr>
      </w:pPr>
    </w:p>
    <w:p w14:paraId="0F3A8186" w14:textId="77777777" w:rsidR="00DD5FB7" w:rsidRDefault="00DD5FB7">
      <w:pPr>
        <w:rPr>
          <w:rFonts w:eastAsia="宋体"/>
          <w:lang w:eastAsia="zh-CN"/>
        </w:rPr>
      </w:pPr>
    </w:p>
    <w:p w14:paraId="3700566A" w14:textId="22FFEB37" w:rsidR="00DD5FB7" w:rsidRDefault="00000000" w:rsidP="00DD5FB7">
      <w:pPr>
        <w:rPr>
          <w:rFonts w:eastAsia="宋体"/>
          <w:b/>
          <w:lang w:eastAsia="zh-CN"/>
        </w:rPr>
      </w:pPr>
      <w:r>
        <w:rPr>
          <w:b/>
        </w:rPr>
        <w:t>Public candidate profile (maximum 100 words; omit private contact details)</w:t>
      </w:r>
    </w:p>
    <w:p w14:paraId="4E7B43D7" w14:textId="77777777" w:rsidR="00DD5FB7" w:rsidRDefault="00DD5FB7" w:rsidP="00DD5FB7">
      <w:pPr>
        <w:rPr>
          <w:rFonts w:eastAsia="宋体"/>
          <w:b/>
          <w:lang w:eastAsia="zh-CN"/>
        </w:rPr>
      </w:pPr>
    </w:p>
    <w:p w14:paraId="45BF8FD2" w14:textId="77777777" w:rsidR="00DD5FB7" w:rsidRDefault="00DD5FB7" w:rsidP="00DD5FB7">
      <w:pPr>
        <w:rPr>
          <w:rFonts w:eastAsia="宋体"/>
          <w:b/>
          <w:lang w:eastAsia="zh-CN"/>
        </w:rPr>
      </w:pPr>
    </w:p>
    <w:p w14:paraId="70182BBC" w14:textId="77777777" w:rsidR="00DD5FB7" w:rsidRPr="00DD5FB7" w:rsidRDefault="00DD5FB7" w:rsidP="00DD5FB7">
      <w:pPr>
        <w:rPr>
          <w:rFonts w:eastAsia="宋体"/>
          <w:lang w:eastAsia="zh-CN"/>
        </w:rPr>
      </w:pPr>
    </w:p>
    <w:p w14:paraId="695860BC" w14:textId="528798DE" w:rsidR="00CE7FA1" w:rsidRDefault="00000000">
      <w:pPr>
        <w:pStyle w:val="1"/>
      </w:pPr>
      <w:r>
        <w:t>4 Nomination route</w:t>
      </w:r>
    </w:p>
    <w:p w14:paraId="7E83EDB3" w14:textId="77777777" w:rsidR="00CE7FA1" w:rsidRDefault="00000000">
      <w:r>
        <w:t>Select one route. Two distinct eligible individuals must complete and sign Section 5 on the next page. A person holding both titles cannot count as two nominators.</w:t>
      </w:r>
    </w:p>
    <w:p w14:paraId="2642F154" w14:textId="3DEB66E3" w:rsidR="00CE7FA1" w:rsidRDefault="00000000">
      <w:r>
        <w:t xml:space="preserve">[ </w:t>
      </w:r>
      <w:r w:rsidR="00DD5FB7">
        <w:rPr>
          <w:rFonts w:eastAsia="宋体" w:hint="eastAsia"/>
          <w:lang w:eastAsia="zh-CN"/>
        </w:rPr>
        <w:t xml:space="preserve">  </w:t>
      </w:r>
      <w:r>
        <w:t>] Route A: Joint nomination by at least two USS Directors.</w:t>
      </w:r>
      <w:r>
        <w:br/>
        <w:t>[</w:t>
      </w:r>
      <w:r w:rsidR="00DD5FB7">
        <w:rPr>
          <w:rFonts w:eastAsia="宋体" w:hint="eastAsia"/>
          <w:lang w:eastAsia="zh-CN"/>
        </w:rPr>
        <w:t xml:space="preserve">  </w:t>
      </w:r>
      <w:r>
        <w:t xml:space="preserve"> ] Route B: Joint nomination by at least one USS Chair and at least one USS Director.</w:t>
      </w:r>
    </w:p>
    <w:p w14:paraId="7130DC62" w14:textId="77777777" w:rsidR="00CE7FA1" w:rsidRDefault="00000000" w:rsidP="00DD5FB7">
      <w:pPr>
        <w:spacing w:beforeLines="100" w:before="240"/>
      </w:pPr>
      <w:r>
        <w:t>For this form, USS Chair and USS Director refer to USS headquarters officeholders, unless the approved nomination notice expressly extends eligibility to division officeholders. Attach evidence or an official reference for each nominator’s appointment. Additional nominators may use a signed continuation sheet.</w:t>
      </w:r>
    </w:p>
    <w:p w14:paraId="7A8396A1" w14:textId="77777777" w:rsidR="00CE7FA1" w:rsidRDefault="00000000">
      <w:r>
        <w:br w:type="page"/>
      </w:r>
    </w:p>
    <w:p w14:paraId="2536A895" w14:textId="77777777" w:rsidR="00CE7FA1" w:rsidRDefault="00000000">
      <w:pPr>
        <w:pStyle w:val="1"/>
      </w:pPr>
      <w:r>
        <w:lastRenderedPageBreak/>
        <w:t>5 Nominators and recommendations</w:t>
      </w:r>
    </w:p>
    <w:p w14:paraId="3CEE2CFA" w14:textId="77777777" w:rsidR="00CE7FA1" w:rsidRDefault="00000000">
      <w:pPr>
        <w:pStyle w:val="21"/>
      </w:pPr>
      <w:r>
        <w:t>Nominator 1</w:t>
      </w:r>
    </w:p>
    <w:tbl>
      <w:tblPr>
        <w:tblW w:w="0" w:type="auto"/>
        <w:tblLayout w:type="fixed"/>
        <w:tblLook w:val="04A0" w:firstRow="1" w:lastRow="0" w:firstColumn="1" w:lastColumn="0" w:noHBand="0" w:noVBand="1"/>
      </w:tblPr>
      <w:tblGrid>
        <w:gridCol w:w="2835"/>
        <w:gridCol w:w="6803"/>
      </w:tblGrid>
      <w:tr w:rsidR="00CE7FA1" w14:paraId="30A0711D"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8404C4A" w14:textId="77777777" w:rsidR="00CE7FA1" w:rsidRDefault="00000000">
            <w:pPr>
              <w:spacing w:after="40"/>
            </w:pPr>
            <w:r>
              <w:rPr>
                <w:b/>
              </w:rPr>
              <w:t>Full name / USS member ID</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5BB61B6" w14:textId="77777777" w:rsidR="00CE7FA1" w:rsidRDefault="00CE7FA1">
            <w:pPr>
              <w:spacing w:after="40"/>
            </w:pPr>
          </w:p>
        </w:tc>
      </w:tr>
      <w:tr w:rsidR="00CE7FA1" w14:paraId="230DBAEE"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62031E4" w14:textId="77777777" w:rsidR="00CE7FA1" w:rsidRDefault="00000000">
            <w:pPr>
              <w:spacing w:after="40"/>
            </w:pPr>
            <w:r>
              <w:rPr>
                <w:b/>
              </w:rPr>
              <w:t>USS office and appointment reference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C26AED3" w14:textId="77777777" w:rsidR="00CE7FA1" w:rsidRDefault="00000000">
            <w:pPr>
              <w:spacing w:after="40"/>
            </w:pPr>
            <w:r>
              <w:t>[ ] USS Chair    [ ] USS Director</w:t>
            </w:r>
            <w:r>
              <w:br/>
              <w:t>Reference: __________________________________________</w:t>
            </w:r>
          </w:p>
        </w:tc>
      </w:tr>
      <w:tr w:rsidR="00CE7FA1" w14:paraId="01607F9D"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0C9140D" w14:textId="77777777" w:rsidR="00CE7FA1" w:rsidRDefault="00000000">
            <w:pPr>
              <w:spacing w:after="40"/>
            </w:pPr>
            <w:r>
              <w:rPr>
                <w:b/>
              </w:rPr>
              <w:t>Email for verification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D131D87" w14:textId="77777777" w:rsidR="00CE7FA1" w:rsidRDefault="00CE7FA1">
            <w:pPr>
              <w:spacing w:after="40"/>
            </w:pPr>
          </w:p>
        </w:tc>
      </w:tr>
      <w:tr w:rsidR="00CE7FA1" w14:paraId="5D405AB6"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E0C6D05" w14:textId="77777777" w:rsidR="00CE7FA1" w:rsidRDefault="00000000">
            <w:pPr>
              <w:spacing w:after="40"/>
            </w:pPr>
            <w:r>
              <w:rPr>
                <w:b/>
              </w:rPr>
              <w:t>Recommendation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DBF417D" w14:textId="77777777" w:rsidR="00CE7FA1" w:rsidRDefault="00000000">
            <w:pPr>
              <w:spacing w:after="40"/>
            </w:pPr>
            <w:r>
              <w:t>____________________________________________________</w:t>
            </w:r>
            <w:r>
              <w:br/>
              <w:t>____________________________________________________</w:t>
            </w:r>
          </w:p>
        </w:tc>
      </w:tr>
      <w:tr w:rsidR="00CE7FA1" w14:paraId="1DAFCE3D"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8E4CD2A" w14:textId="77777777" w:rsidR="00CE7FA1" w:rsidRDefault="00000000">
            <w:pPr>
              <w:spacing w:after="40"/>
            </w:pPr>
            <w:r>
              <w:rPr>
                <w:b/>
              </w:rPr>
              <w:t>Confirmation and signature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C9F7DF4" w14:textId="77777777" w:rsidR="00CE7FA1" w:rsidRDefault="00000000">
            <w:pPr>
              <w:spacing w:after="40"/>
            </w:pPr>
            <w:r>
              <w:t>I confirm my eligibility to nominate and recommend this candidate.</w:t>
            </w:r>
            <w:r>
              <w:br/>
              <w:t>Signature: __________________  Date: __________________</w:t>
            </w:r>
          </w:p>
        </w:tc>
      </w:tr>
    </w:tbl>
    <w:p w14:paraId="7C87B068" w14:textId="77777777" w:rsidR="00CE7FA1" w:rsidRDefault="00CE7FA1">
      <w:pPr>
        <w:spacing w:after="0"/>
      </w:pPr>
    </w:p>
    <w:p w14:paraId="7C877319" w14:textId="77777777" w:rsidR="00CE7FA1" w:rsidRDefault="00000000">
      <w:pPr>
        <w:pStyle w:val="21"/>
      </w:pPr>
      <w:r>
        <w:t>Nominator 2</w:t>
      </w:r>
    </w:p>
    <w:tbl>
      <w:tblPr>
        <w:tblW w:w="0" w:type="auto"/>
        <w:tblLayout w:type="fixed"/>
        <w:tblLook w:val="04A0" w:firstRow="1" w:lastRow="0" w:firstColumn="1" w:lastColumn="0" w:noHBand="0" w:noVBand="1"/>
      </w:tblPr>
      <w:tblGrid>
        <w:gridCol w:w="2835"/>
        <w:gridCol w:w="6803"/>
      </w:tblGrid>
      <w:tr w:rsidR="00CE7FA1" w14:paraId="135E1044"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35786E2" w14:textId="77777777" w:rsidR="00CE7FA1" w:rsidRDefault="00000000">
            <w:pPr>
              <w:spacing w:after="40"/>
            </w:pPr>
            <w:r>
              <w:rPr>
                <w:b/>
              </w:rPr>
              <w:t>Full name / USS member ID</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FDE6F3A" w14:textId="77777777" w:rsidR="00CE7FA1" w:rsidRDefault="00CE7FA1">
            <w:pPr>
              <w:spacing w:after="40"/>
            </w:pPr>
          </w:p>
        </w:tc>
      </w:tr>
      <w:tr w:rsidR="00CE7FA1" w14:paraId="76048B4C"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1AA2AE7D" w14:textId="77777777" w:rsidR="00CE7FA1" w:rsidRDefault="00000000">
            <w:pPr>
              <w:spacing w:after="40"/>
            </w:pPr>
            <w:r>
              <w:rPr>
                <w:b/>
              </w:rPr>
              <w:t>USS office and appointment reference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E0CA436" w14:textId="77777777" w:rsidR="00CE7FA1" w:rsidRDefault="00000000">
            <w:pPr>
              <w:spacing w:after="40"/>
            </w:pPr>
            <w:r>
              <w:t>[ ] USS Chair    [ ] USS Director</w:t>
            </w:r>
            <w:r>
              <w:br/>
              <w:t>Reference: __________________________________________</w:t>
            </w:r>
          </w:p>
        </w:tc>
      </w:tr>
      <w:tr w:rsidR="00CE7FA1" w14:paraId="177FF877"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760E12A" w14:textId="77777777" w:rsidR="00CE7FA1" w:rsidRDefault="00000000">
            <w:pPr>
              <w:spacing w:after="40"/>
            </w:pPr>
            <w:r>
              <w:rPr>
                <w:b/>
              </w:rPr>
              <w:t>Email for verification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AAADA27" w14:textId="77777777" w:rsidR="00CE7FA1" w:rsidRDefault="00CE7FA1">
            <w:pPr>
              <w:spacing w:after="40"/>
            </w:pPr>
          </w:p>
        </w:tc>
      </w:tr>
      <w:tr w:rsidR="00CE7FA1" w14:paraId="3FD5C6FF"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236BAF18" w14:textId="77777777" w:rsidR="00CE7FA1" w:rsidRDefault="00000000">
            <w:pPr>
              <w:spacing w:after="40"/>
            </w:pPr>
            <w:r>
              <w:rPr>
                <w:b/>
              </w:rPr>
              <w:t>Recommendation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7528F898" w14:textId="77777777" w:rsidR="00CE7FA1" w:rsidRDefault="00000000">
            <w:pPr>
              <w:spacing w:after="40"/>
            </w:pPr>
            <w:r>
              <w:t>____________________________________________________</w:t>
            </w:r>
            <w:r>
              <w:br/>
              <w:t>____________________________________________________</w:t>
            </w:r>
          </w:p>
        </w:tc>
      </w:tr>
      <w:tr w:rsidR="00CE7FA1" w14:paraId="1D034080"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73FEE25" w14:textId="77777777" w:rsidR="00CE7FA1" w:rsidRDefault="00000000">
            <w:pPr>
              <w:spacing w:after="40"/>
            </w:pPr>
            <w:r>
              <w:rPr>
                <w:b/>
              </w:rPr>
              <w:t>Confirmation and signature</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3A9FBC30" w14:textId="77777777" w:rsidR="00CE7FA1" w:rsidRDefault="00000000">
            <w:pPr>
              <w:spacing w:after="40"/>
            </w:pPr>
            <w:r>
              <w:t>I confirm my eligibility to nominate and recommend this candidate.</w:t>
            </w:r>
            <w:r>
              <w:br/>
              <w:t>Signature: __________________  Date: __________________</w:t>
            </w:r>
          </w:p>
        </w:tc>
      </w:tr>
    </w:tbl>
    <w:p w14:paraId="20CE37C8" w14:textId="77777777" w:rsidR="00CE7FA1" w:rsidRDefault="00CE7FA1">
      <w:pPr>
        <w:spacing w:after="0"/>
      </w:pPr>
    </w:p>
    <w:p w14:paraId="223EBFDC" w14:textId="77777777" w:rsidR="00CE7FA1" w:rsidRDefault="00000000">
      <w:pPr>
        <w:pStyle w:val="1"/>
      </w:pPr>
      <w:r>
        <w:t>6 Candidate declaration and consent</w:t>
      </w:r>
    </w:p>
    <w:p w14:paraId="5C532A58" w14:textId="77777777" w:rsidR="00CE7FA1" w:rsidRDefault="00000000">
      <w:r>
        <w:t>By signing, I confirm that the information and supporting documents are accurate; I consent to nomination and, if elected, to serve in the position stated above on a voluntary basis. I will comply with the USS Constitution, applicable division charter, approved election rules and conflict-of-interest requirements. I understand that student and honorary members do not have electoral rights under the USS Constitution and that office-specific age and membership requirements apply.</w:t>
      </w:r>
    </w:p>
    <w:p w14:paraId="7D8C607C" w14:textId="77777777" w:rsidR="00CE7FA1" w:rsidRDefault="00000000">
      <w:r>
        <w:t>I disclose the following competing appointments, interests or relationships that may affect eligibility or independence (write “None” if applicable):</w:t>
      </w:r>
      <w:r>
        <w:br/>
        <w:t>____________________________________________________________________________</w:t>
      </w:r>
    </w:p>
    <w:p w14:paraId="0D5E722E" w14:textId="77777777" w:rsidR="00CE7FA1" w:rsidRDefault="00000000">
      <w:r>
        <w:t>For Supervisor candidates: I confirm that I will not concurrently hold an incompatible council, executive, finance or secretariat position under the applicable approved rules.</w:t>
      </w:r>
    </w:p>
    <w:p w14:paraId="7B4F0F5F" w14:textId="77777777" w:rsidR="00CE7FA1" w:rsidRDefault="00000000">
      <w:r>
        <w:t>I authorize publication of my name, institution, country or territory, position sought, public profile and work plan for election and result notices. I consent to internal use of the remaining information for eligibility checks, election administration and records management under USS procedures.</w:t>
      </w:r>
    </w:p>
    <w:p w14:paraId="230DA65A" w14:textId="77777777" w:rsidR="00CE7FA1" w:rsidRDefault="00000000">
      <w:r>
        <w:t>Candidate signature: __________________________    Date: __________________________</w:t>
      </w:r>
    </w:p>
    <w:p w14:paraId="5DB38177" w14:textId="77777777" w:rsidR="00CE7FA1" w:rsidRDefault="00000000">
      <w:pPr>
        <w:pStyle w:val="1"/>
      </w:pPr>
      <w:r>
        <w:t>7 Submission checklist and official review</w:t>
      </w:r>
    </w:p>
    <w:p w14:paraId="4A7AA9F7" w14:textId="77777777" w:rsidR="00CE7FA1" w:rsidRDefault="00000000">
      <w:r>
        <w:t>[ ] Signed form and two nominations   [ ] CV and work plan</w:t>
      </w:r>
      <w:r>
        <w:br/>
        <w:t>[ ] Membership and appointment evidence   [ ] Conflict disclosures / eligibility evidence</w:t>
      </w:r>
    </w:p>
    <w:tbl>
      <w:tblPr>
        <w:tblW w:w="0" w:type="auto"/>
        <w:tblLayout w:type="fixed"/>
        <w:tblLook w:val="04A0" w:firstRow="1" w:lastRow="0" w:firstColumn="1" w:lastColumn="0" w:noHBand="0" w:noVBand="1"/>
      </w:tblPr>
      <w:tblGrid>
        <w:gridCol w:w="2835"/>
        <w:gridCol w:w="6803"/>
      </w:tblGrid>
      <w:tr w:rsidR="00CE7FA1" w14:paraId="76C708DA"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5ED74C9C" w14:textId="77777777" w:rsidR="00CE7FA1" w:rsidRDefault="00000000">
            <w:pPr>
              <w:spacing w:after="40"/>
            </w:pPr>
            <w:r>
              <w:rPr>
                <w:b/>
              </w:rPr>
              <w:t>For official use only</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4A2DB63" w14:textId="77777777" w:rsidR="00CE7FA1" w:rsidRDefault="00000000">
            <w:pPr>
              <w:spacing w:after="40"/>
            </w:pPr>
            <w:r>
              <w:t>Received: __________  Reviewed by: __________  Date: __________</w:t>
            </w:r>
          </w:p>
        </w:tc>
      </w:tr>
      <w:tr w:rsidR="00CE7FA1" w14:paraId="7650935F"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4CAB939F" w14:textId="77777777" w:rsidR="00CE7FA1" w:rsidRDefault="00000000">
            <w:pPr>
              <w:spacing w:after="40"/>
            </w:pPr>
            <w:r>
              <w:rPr>
                <w:b/>
              </w:rPr>
              <w:t>Eligibility and nomination review</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6D4B217C" w14:textId="77777777" w:rsidR="00CE7FA1" w:rsidRDefault="00000000">
            <w:pPr>
              <w:spacing w:after="40"/>
            </w:pPr>
            <w:r>
              <w:t>[ ] Approved   [ ] Correction required   [ ] Not approved</w:t>
            </w:r>
            <w:r>
              <w:br/>
              <w:t>Reasons / verification reference: __________________________</w:t>
            </w:r>
          </w:p>
        </w:tc>
      </w:tr>
      <w:tr w:rsidR="00CE7FA1" w14:paraId="30CA7D8B" w14:textId="77777777">
        <w:trPr>
          <w:cantSplit/>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C329123" w14:textId="77777777" w:rsidR="00CE7FA1" w:rsidRDefault="00000000">
            <w:pPr>
              <w:spacing w:after="40"/>
            </w:pPr>
            <w:r>
              <w:rPr>
                <w:b/>
              </w:rPr>
              <w:t>Oversight confirmation</w:t>
            </w:r>
          </w:p>
        </w:tc>
        <w:tc>
          <w:tcPr>
            <w:tcW w:w="6803"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tcPr>
          <w:p w14:paraId="0AF6954E" w14:textId="77777777" w:rsidR="00CE7FA1" w:rsidRDefault="00000000">
            <w:pPr>
              <w:spacing w:after="40"/>
            </w:pPr>
            <w:r>
              <w:t>Name / signature: __________________  Date: ______________</w:t>
            </w:r>
          </w:p>
        </w:tc>
      </w:tr>
    </w:tbl>
    <w:p w14:paraId="633F1DC7" w14:textId="77777777" w:rsidR="00CE7FA1" w:rsidRDefault="00CE7FA1">
      <w:pPr>
        <w:spacing w:after="0"/>
      </w:pPr>
    </w:p>
    <w:p w14:paraId="076644CC" w14:textId="77777777" w:rsidR="00CE7FA1" w:rsidRDefault="00000000">
      <w:r>
        <w:t>Election timetable (UTC+8): voting opens 1 November 2026; closes 3 November 2026 at 23:59. Results are scheduled for public comment from 4 to 10 November 2026. Material objections must be resolved before affected results take effect.</w:t>
      </w:r>
    </w:p>
    <w:sectPr w:rsidR="00CE7FA1" w:rsidSect="00034616">
      <w:footerReference w:type="default" r:id="rId8"/>
      <w:pgSz w:w="11906" w:h="16838"/>
      <w:pgMar w:top="850"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3242" w14:textId="77777777" w:rsidR="00473699" w:rsidRDefault="00473699">
      <w:pPr>
        <w:spacing w:after="0"/>
      </w:pPr>
      <w:r>
        <w:separator/>
      </w:r>
    </w:p>
  </w:endnote>
  <w:endnote w:type="continuationSeparator" w:id="0">
    <w:p w14:paraId="50A050DE" w14:textId="77777777" w:rsidR="00473699" w:rsidRDefault="004736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Adobe Gothic Std B">
    <w:panose1 w:val="020B0800000000000000"/>
    <w:charset w:val="80"/>
    <w:family w:val="swiss"/>
    <w:notTrueType/>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7045" w14:textId="77777777" w:rsidR="00CE7FA1" w:rsidRDefault="00000000">
    <w:pPr>
      <w:pStyle w:val="a7"/>
      <w:jc w:val="right"/>
    </w:pPr>
    <w:r>
      <w:t xml:space="preserve">USS R9 | Candidate Application | 2027–2029 | </w:t>
    </w:r>
    <w:r>
      <w:fldChar w:fldCharType="begin"/>
    </w:r>
    <w:r>
      <w:instrText>PAGE</w:instrText>
    </w:r>
    <w:r>
      <w:fldChar w:fldCharType="separate"/>
    </w:r>
    <w:r w:rsidR="00DD5F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48AF" w14:textId="77777777" w:rsidR="00473699" w:rsidRDefault="00473699">
      <w:pPr>
        <w:spacing w:after="0"/>
      </w:pPr>
      <w:r>
        <w:separator/>
      </w:r>
    </w:p>
  </w:footnote>
  <w:footnote w:type="continuationSeparator" w:id="0">
    <w:p w14:paraId="2690BA84" w14:textId="77777777" w:rsidR="00473699" w:rsidRDefault="0047369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0572747">
    <w:abstractNumId w:val="8"/>
  </w:num>
  <w:num w:numId="2" w16cid:durableId="1873883636">
    <w:abstractNumId w:val="6"/>
  </w:num>
  <w:num w:numId="3" w16cid:durableId="1274242573">
    <w:abstractNumId w:val="5"/>
  </w:num>
  <w:num w:numId="4" w16cid:durableId="2019964534">
    <w:abstractNumId w:val="4"/>
  </w:num>
  <w:num w:numId="5" w16cid:durableId="1215460372">
    <w:abstractNumId w:val="7"/>
  </w:num>
  <w:num w:numId="6" w16cid:durableId="1616594122">
    <w:abstractNumId w:val="3"/>
  </w:num>
  <w:num w:numId="7" w16cid:durableId="2046786619">
    <w:abstractNumId w:val="2"/>
  </w:num>
  <w:num w:numId="8" w16cid:durableId="1268393583">
    <w:abstractNumId w:val="1"/>
  </w:num>
  <w:num w:numId="9" w16cid:durableId="1738285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BD"/>
    <w:rsid w:val="00034616"/>
    <w:rsid w:val="0006063C"/>
    <w:rsid w:val="0015074B"/>
    <w:rsid w:val="001671B4"/>
    <w:rsid w:val="0029639D"/>
    <w:rsid w:val="00326F90"/>
    <w:rsid w:val="003D33C8"/>
    <w:rsid w:val="00473699"/>
    <w:rsid w:val="00544BEA"/>
    <w:rsid w:val="005836FB"/>
    <w:rsid w:val="009C2890"/>
    <w:rsid w:val="00AA1D8D"/>
    <w:rsid w:val="00B47730"/>
    <w:rsid w:val="00CB0664"/>
    <w:rsid w:val="00CE7FA1"/>
    <w:rsid w:val="00D62345"/>
    <w:rsid w:val="00DD5F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2ED193"/>
  <w14:defaultImageDpi w14:val="300"/>
  <w15:docId w15:val="{AF82FEA0-F7A9-44ED-8207-05D9C746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40" w:lineRule="auto"/>
    </w:pPr>
    <w:rPr>
      <w:rFonts w:ascii="Arial" w:hAnsi="Arial"/>
      <w:color w:val="000000"/>
      <w:sz w:val="19"/>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spacing w:val="5"/>
      <w:kern w:val="28"/>
      <w:sz w:val="34"/>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 R9 Governance Candidate Application Form</dc:title>
  <dc:subject/>
  <dc:creator>Shaoxiong Wang</dc:creator>
  <cp:keywords/>
  <dc:description>generated by python-docx</dc:description>
  <cp:lastModifiedBy>Shaoxiong Wang</cp:lastModifiedBy>
  <cp:revision>3</cp:revision>
  <dcterms:created xsi:type="dcterms:W3CDTF">2026-10-18T13:18:00Z</dcterms:created>
  <dcterms:modified xsi:type="dcterms:W3CDTF">2026-10-19T02:43:00Z</dcterms:modified>
  <cp:category/>
</cp:coreProperties>
</file>